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</w:pPr>
      <w:r>
        <w:rPr>
          <w:rFonts w:ascii="Hiragino Sans" w:hAnsi="Hiragino Sans" w:eastAsia="Hiragino Sans"/>
          <w:b w:val="0"/>
          <w:color w:val="000000"/>
          <w:sz w:val="38"/>
        </w:rPr>
        <w:t>履 歴 書</w:t>
      </w:r>
    </w:p>
    <w:p>
      <w:pPr>
        <w:spacing w:after="0" w:before="0" w:line="264" w:lineRule="auto"/>
        <w:jc w:val="right"/>
      </w:pPr>
      <w:r>
        <w:rPr>
          <w:rFonts w:ascii="Hiragino Sans" w:hAnsi="Hiragino Sans" w:eastAsia="Hiragino Sans"/>
          <w:b w:val="0"/>
          <w:color w:val="000000"/>
          <w:sz w:val="18"/>
        </w:rPr>
        <w:t xml:space="preserve">　　　年　　　月　　　日現在</w:t>
      </w:r>
    </w:p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8391"/>
        <w:gridCol w:w="1701"/>
      </w:tblGrid>
      <w:tr>
        <w:trPr>
          <w:trHeight w:val="2268" w:hRule="atLeast"/>
          <w:cantSplit/>
        </w:trPr>
        <w:tc>
          <w:tcPr>
            <w:tcW w:type="dxa" w:w="8391"/>
            <w:vAlign w:val="top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  <w:t>ふりがな</w:t>
              <w:br/>
              <w:br/>
              <w:t>氏名</w:t>
              <w:br/>
              <w:br/>
              <w:br/>
              <w:t>生年月日　　　　年　　　月　　　日生（満　　　歳）</w:t>
            </w:r>
          </w:p>
        </w:tc>
        <w:tc>
          <w:tcPr>
            <w:tcW w:type="dxa" w:w="170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16"/>
              </w:rPr>
              <w:t>写真</w:t>
              <w:br/>
              <w:br/>
              <w:t>縦40×横30mm</w:t>
              <w:br/>
              <w:br/>
              <w:t>必要な場合に貼付</w:t>
            </w:r>
          </w:p>
        </w:tc>
      </w:tr>
    </w:tbl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7824"/>
        <w:gridCol w:w="2268"/>
      </w:tblGrid>
      <w:tr>
        <w:trPr>
          <w:trHeight w:val="1134" w:hRule="atLeast"/>
          <w:cantSplit/>
        </w:trPr>
        <w:tc>
          <w:tcPr>
            <w:tcW w:type="dxa" w:w="7824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  <w:t>ふりがな</w:t>
              <w:br/>
              <w:t>現住所　〒</w:t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  <w:t>性別（記入任意）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3685"/>
        <w:gridCol w:w="6406"/>
      </w:tblGrid>
      <w:tr>
        <w:trPr>
          <w:trHeight w:val="567" w:hRule="atLeast"/>
          <w:cantSplit/>
        </w:trPr>
        <w:tc>
          <w:tcPr>
            <w:tcW w:type="dxa" w:w="3685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  <w:t>電話</w:t>
            </w:r>
          </w:p>
        </w:tc>
        <w:tc>
          <w:tcPr>
            <w:tcW w:type="dxa" w:w="6406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  <w:t>メールアドレス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10091"/>
      </w:tblGrid>
      <w:tr>
        <w:trPr>
          <w:trHeight w:val="907" w:hRule="atLeast"/>
          <w:cantSplit/>
        </w:trPr>
        <w:tc>
          <w:tcPr>
            <w:tcW w:type="dxa" w:w="100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  <w:t>連絡先　〒　（現住所以外への連絡を希望する場合のみ記入）</w:t>
            </w:r>
          </w:p>
        </w:tc>
      </w:tr>
    </w:tbl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1020"/>
        <w:gridCol w:w="680"/>
        <w:gridCol w:w="8391"/>
      </w:tblGrid>
      <w:tr>
        <w:trPr>
          <w:trHeight w:val="454" w:hRule="atLeast"/>
          <w:cantSplit/>
        </w:trPr>
        <w:tc>
          <w:tcPr>
            <w:tcW w:type="dxa" w:w="1020"/>
            <w:vAlign w:val="center"/>
            <w:shd w:fill="F2F2F2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年</w:t>
            </w:r>
          </w:p>
        </w:tc>
        <w:tc>
          <w:tcPr>
            <w:tcW w:type="dxa" w:w="680"/>
            <w:vAlign w:val="center"/>
            <w:shd w:fill="F2F2F2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月</w:t>
            </w:r>
          </w:p>
        </w:tc>
        <w:tc>
          <w:tcPr>
            <w:tcW w:type="dxa" w:w="8391"/>
            <w:vAlign w:val="center"/>
            <w:shd w:fill="F2F2F2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学歴・職歴（各別にまとめて書く）</w:t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</w:tbl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1020"/>
        <w:gridCol w:w="680"/>
        <w:gridCol w:w="8391"/>
      </w:tblGrid>
      <w:tr>
        <w:trPr>
          <w:trHeight w:val="454" w:hRule="atLeast"/>
          <w:cantSplit/>
        </w:trPr>
        <w:tc>
          <w:tcPr>
            <w:tcW w:type="dxa" w:w="1020"/>
            <w:vAlign w:val="center"/>
            <w:shd w:fill="F2F2F2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年</w:t>
            </w:r>
          </w:p>
        </w:tc>
        <w:tc>
          <w:tcPr>
            <w:tcW w:type="dxa" w:w="680"/>
            <w:vAlign w:val="center"/>
            <w:shd w:fill="F2F2F2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月</w:t>
            </w:r>
          </w:p>
        </w:tc>
        <w:tc>
          <w:tcPr>
            <w:tcW w:type="dxa" w:w="8391"/>
            <w:vAlign w:val="center"/>
            <w:shd w:fill="F2F2F2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免許・資格</w:t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</w:tbl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p>
      <w:pPr>
        <w:spacing w:after="0" w:before="0" w:line="264" w:lineRule="auto"/>
      </w:pPr>
      <w:r>
        <w:rPr>
          <w:rFonts w:ascii="Hiragino Sans" w:hAnsi="Hiragino Sans" w:eastAsia="Hiragino Sans"/>
          <w:b w:val="0"/>
          <w:color w:val="000000"/>
          <w:sz w:val="16"/>
        </w:rPr>
        <w:t>※性別欄の記入は任意です。未記入でもかまいません。</w:t>
      </w:r>
    </w:p>
    <w:p>
      <w:r>
        <w:br w:type="page"/>
      </w:r>
    </w:p>
    <w:p>
      <w:pPr>
        <w:pStyle w:val="Title"/>
        <w:spacing w:after="80"/>
      </w:pPr>
      <w:r>
        <w:rPr>
          <w:rFonts w:ascii="Hiragino Sans" w:hAnsi="Hiragino Sans" w:eastAsia="Hiragino Sans"/>
          <w:b w:val="0"/>
          <w:color w:val="000000"/>
          <w:sz w:val="38"/>
        </w:rPr>
        <w:t>履 歴 書　続き</w:t>
      </w:r>
    </w:p>
    <w:p>
      <w:pPr>
        <w:spacing w:after="0" w:before="0" w:line="264" w:lineRule="auto"/>
      </w:pPr>
      <w:r>
        <w:rPr>
          <w:rFonts w:ascii="Hiragino Sans" w:hAnsi="Hiragino Sans" w:eastAsia="Hiragino Sans"/>
          <w:b w:val="0"/>
          <w:color w:val="000000"/>
          <w:sz w:val="20"/>
        </w:rPr>
        <w:t>氏名</w:t>
      </w:r>
    </w:p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10091"/>
      </w:tblGrid>
      <w:tr>
        <w:trPr>
          <w:trHeight w:val="2098" w:hRule="atLeast"/>
          <w:cantSplit/>
        </w:trPr>
        <w:tc>
          <w:tcPr>
            <w:tcW w:type="dxa" w:w="10091"/>
            <w:vAlign w:val="top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研究内容・ゼミ・学業で取り組んだこと</w:t>
            </w:r>
          </w:p>
        </w:tc>
      </w:tr>
    </w:tbl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10091"/>
      </w:tblGrid>
      <w:tr>
        <w:trPr>
          <w:trHeight w:val="2438" w:hRule="atLeast"/>
          <w:cantSplit/>
        </w:trPr>
        <w:tc>
          <w:tcPr>
            <w:tcW w:type="dxa" w:w="10091"/>
            <w:vAlign w:val="top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学生時代に力を入れたこと</w:t>
            </w:r>
          </w:p>
        </w:tc>
      </w:tr>
    </w:tbl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10091"/>
      </w:tblGrid>
      <w:tr>
        <w:trPr>
          <w:trHeight w:val="2438" w:hRule="atLeast"/>
          <w:cantSplit/>
        </w:trPr>
        <w:tc>
          <w:tcPr>
            <w:tcW w:type="dxa" w:w="10091"/>
            <w:vAlign w:val="top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自己PR</w:t>
            </w:r>
          </w:p>
        </w:tc>
      </w:tr>
    </w:tbl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10091"/>
      </w:tblGrid>
      <w:tr>
        <w:trPr>
          <w:trHeight w:val="2438" w:hRule="atLeast"/>
          <w:cantSplit/>
        </w:trPr>
        <w:tc>
          <w:tcPr>
            <w:tcW w:type="dxa" w:w="10091"/>
            <w:vAlign w:val="top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志望動機</w:t>
            </w:r>
          </w:p>
        </w:tc>
      </w:tr>
    </w:tbl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10091"/>
      </w:tblGrid>
      <w:tr>
        <w:trPr>
          <w:trHeight w:val="1701" w:hRule="atLeast"/>
          <w:cantSplit/>
        </w:trPr>
        <w:tc>
          <w:tcPr>
            <w:tcW w:type="dxa" w:w="10091"/>
            <w:vAlign w:val="top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本人希望記入欄</w:t>
            </w:r>
          </w:p>
        </w:tc>
      </w:tr>
    </w:tbl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Hiragino Sans" w:hAnsi="Hiragino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Theme="majorHAnsi" w:eastAsiaTheme="majorEastAsia" w:hAnsiTheme="majorHAnsi" w:cstheme="majorBidi" w:ascii="Hiragino Sans" w:hAnsi="Hiragino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